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זה כסף? מהחלפה לכסף 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ההתפתחות ההיסטורית של הכסף מהחלפה ועד כסף 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סוגי תשלום שונים במצבי 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ההרגלים שלנו בשימוש בכסף דיגיטלי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סוג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דיגיטלי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דיגיטלי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כולם דרך לשלם עבור דבר 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 החלפה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כסף דיגיטלי הוא מידע במחשב או בטלפון, לא חפץ פיזי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החלפה קדמה לכסף בהיסטוריה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כשלא רואים שטרות יוצאים מהארנק, קשה יותר לשים לב כמה בזבזנו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מטבעות הם מזומן, לא דיגיטלי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החלפה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דיגיטלי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העברה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הדוגמה לסוג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(החלפה)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(מזומן)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(דיגיטלי)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(דיגיטלי)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(מזומן)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מהחלפה לכסף דיגיטלי – סדרו את השלבים ההיסטוריים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החליפו חפצים ושירותים ביניהם בלי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התחילו להשתמש במטבעות ושטרות כאמצעי תשלום משותף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כרטיסי אשראי אפשרו לשלם בלי מזומן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אפליקציות בטלפון אפשרו להעביר ולשלם כסף דיגיטלי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לצפות להתייחסות לכך שלא רואים את הכסף יוצא, ולכן קל יותר לאבד מעקב ולבזבז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לדוגמה: לבדוק כל שבוע כמה כסף הוצאתי באפליקציה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אישית, לדוגמה: החלפת קלפים, מתנות, עזרה הדדית בין שכנים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החלפה - נתינת חפץ תמורת חפץ בלי כסף; מזומן - שטרות ומטבעות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סבירה: תשלום בכרטיס, אפליקציה, העברה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לא רואים פיזית את הכסף יוצא, קשה יותר לעקוב אחרי ההוצאות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קצרה של החלפת חפצים בין תלמידים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את הדיון הפתוח לדוגמאות אישיות מחיי התלמידים עם כסף בטלפון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לשים דגש על הקשר בין ראיית הכסף לבין היכולת לעקוב אחרי הוצאות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 זה כסף? מהחלפה לכסף דיגיטלי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פעם אנשים החליפו דברים בלי כסף. היום יש גם כסף שרואים (מזומן) וגם כסף שלא רואים (דיגיטלי). נלמד על 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החלפה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לתת דבר אחד ולקבל דבר אחר בלי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מזומן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שטרות ומטבעות שאפשר לגעת בהם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כסף דיגיטלי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שעובר במחשב או בטלפון בלי שרואים אותו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ארנק דיגיטלי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אפליקציה בטלפון ששומרת כסף או כרטיס אשראי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העברה בנקאית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שליחת כסף מחשבון אחד לחשבון אחר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דבר שווה בהשוואה לדברים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קופת 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לשמור כסף בשביל השימוש בעתיד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סוג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שילמתי בכרטיס,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החלפה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תשלום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שילמתי במטבעות,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החלפה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קיבלתי חפץ במקום כסף,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החלפה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שלחתי כסף בטלפון, מה 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החלפה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מטבע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דומה בין כל הדרכים לשלם?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דורשים 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דרך לשלם עבור דבר 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קשורים לבנק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קיימים רק היום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ההחלפה אנשים נתנו דבר אחד וקיבלו דבר אחר בלי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דיגיטלי אפשר לגעת בו עם היד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שהיה כסף, אנשים כבר השתמשו בהחלפה כדי לקבל מה שצריך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תמיד קל יותר להבחין כמה כסף בזבזנו כשמשלמים דיגיטלית מאשר במזומן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קופת חיסכון עם מטבעות היא דוגמה לשמירת כסף דיגיטלי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כשאדם נותן חפץ אחד ומקבל חפץ אחר בלי כסף, זו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שטרות ומטבעות שאפשר לגעת בהם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כסף שעובר בטלפון או במחשב בלי שרואים אותו נקרא כסף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מקום לשמור בו כסף לשימוש עתידי נקרא קופת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שליחת כסף מאדם אחד לאדם אחר דרך הטלפון נקראת __________ בטלפון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הדוגמה לסוג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החלפתי ספר עם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מזומן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שמתי מטבעות בקופת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דיגיטלי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העברתי כסף באפליקציה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החלפה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שילמתי בכרטיס בקופה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מזומן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שילמתי במזומן בקיוסק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דיגיטלי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מהחלפה לכסף דיגיטלי – סדרו את השלבים ההיסטוריים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אפליקציות בטלפון אפשרו להעביר ולשלם כסף דיגיטלי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החליפו חפצים ושירותים ביניהם בלי כסף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התחילו להשתמש במטבעות ושטרות כאמצעי תשלום משותף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אשראי אפשרו לשלם בלי מזומן ביד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האם כסף בטלפון מרגיש כמו כסף אמיתי? האם קל יותר לבזבז אותו?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כלל אחד שיעזור להשתמש בחוכמה בכסף דיגיטלי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מצב אחד בחיי היומיום שבו משתמשים בהחלפה גם היום, בלי כסף בכלל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החלפה למזומן?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לתשלום דיגיטלי מחיי היומיום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קל יותר לבזבז כסף דיגיטלי מכסף מזומן?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 זה כסף? מהחלפה לכסף דיגיטלי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