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בחיים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זה כסף? מהחלפה לכסף דיגיטלי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ההתפתחות ההיסטורית של הכסף מהחלפה ועד כסף דיגיטלי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סוגי תשלום שונים במצבי יומיום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לחשוב על ההרגלים שלנו בשימוש בכסף דיגיטלי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סוג התשלום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דיגיטלי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מזומן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ההגדרה של החלפה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כסף דיגיטלי הוא מידע במחשב או בטלפון, לא חפץ פיזי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החלפה קדמה לכסף בהיסטוריה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החלפה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מזומן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דיגיטלי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הדוגמה לסוג התשלום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(החלפה)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(מזומן)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(דיגיטלי)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(דיגיטלי)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מהחלפה לכסף דיגיטלי – סדרו את השלבים ההיסטוריים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אנשים החליפו חפצים ושירותים ביניהם בלי כסף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התחילו להשתמש במטבעות ושטרות כאמצעי תשלום משותף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כרטיסי אשראי אפשרו לשלם בלי מזומן ביד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אפליקציות בטלפון אפשרו להעביר ולשלם כסף דיגיטלי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ודיון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אישית: לצפות להתייחסות לכך שלא רואים את הכסף יוצא, ולכן קל יותר לאבד מעקב ולבזבז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אישית, לדוגמה: החלפת קלפים, מתנות, עזרה הדדית בין שכנים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החלפה - נתינת חפץ תמורת חפץ בלי כסף; מזומן - שטרות ומטבעות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סבירה: תשלום בכרטיס, אפליקציה, העברה בטלפון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לא רואים פיזית את הכסף יוצא, קשה יותר לעקוב אחרי ההוצאות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בפעילות קצרה של החלפת חפצים בין תלמידים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לחבר את הדיון הפתוח לדוגמאות אישיות מחיי התלמידים עם כסף בטלפון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לשים דגש על הקשר בין ראיית הכסף לבין היכולת לעקוב אחרי הוצאות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בחיים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זה כסף? מהחלפה לכסף דיגיטלי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כסף לא תמיד נראה כמו שטרות ומטבעות. בדף הזה נלמד איך אנשים שילמו פעם, מה זה החלפה, ואיך הגענו לכסף דיגיטלי שאי אפשר לגעת בו.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החלפה  ·  מזומן  ·  דיגיטלי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סוג התשלום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שילמתי בכרטיס אשראי בקופה, איזה סוג תשלום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החלפה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מזומן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דיגיטלי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שילמתי במטבעות בקיוסק, איזה סוג תשלום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דיגיטלי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מזומן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החלפה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בשיטת ההחלפה אנשים נתנו דבר אחד וקיבלו דבר אחר בלי כסף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כסף דיגיטלי אפשר לגעת בו עם היד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לפני שהיה כסף, אנשים כבר השתמשו בהחלפה כדי לקבל מה שצריך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כשאדם נותן חפץ אחד ומקבל חפץ אחר בלי כסף, זו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שטרות ומטבעות שאפשר לגעת בהם נקראים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כסף שעובר בטלפון או במחשב בלי שרואים אותו נקרא כסף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הדוגמה לסוג התשלום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החלפתי ספר עם חברה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דיגיטלי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שמתי מטבעות בקופת חיסכון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דיגיטלי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העברתי כסף באפליקציה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מזומן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שילמתי בכרטיס בקופה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החלפה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מהחלפה לכסף דיגיטלי – סדרו את השלבים ההיסטוריים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התחילו להשתמש במטבעות ושטרות כאמצעי תשלום משותף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כרטיסי אשראי אפשרו לשלם בלי מזומן ביד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אפליקציות בטלפון אפשרו להעביר ולשלם כסף דיגיטלי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אנשים החליפו חפצים ושירותים ביניהם בלי כסף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חשיבה ודיון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האם כסף בטלפון מרגיש כמו כסף אמיתי? האם קל יותר לבזבז אותו? נמקו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תארו מצב אחד בחיי היומיום שבו משתמשים בהחלפה גם היום, בלי כסף בכלל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החלפה למזומן?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לתשלום דיגיטלי מחיי היומיום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מה זה כסף? מהחלפה לכסף דיגיטלי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